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מלכים, שלמה ואליהו הנביא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מרכזיות על המלכת שלמה ועל סיפורי אליהו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בשיטת למידה בעזרת כרטיסיות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פרטים מתוך סיפורי 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צדוק הכהן ונתן הנביא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גיחון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על המלכת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נתן הנביא פעל יחד עם צדוק הכהן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סערה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(מעיין ליד ירושלים שבו נמשח 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התמודדות אליהו מול נביאי הבעל)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אדוניה מכריז על עצמו כמלך בלי ידיעת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נתן הנביא מודיע לדוד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דוד מצווה למשוח את שלמה בגיחון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צדוק הכהן ונתן הנביא מושחים את שלמה למלך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שאלה ברורה ותשובה עובדתית נכונה, בהתאם לסיפור שנלמד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ציפיה לתשובה: צדוק הכהן ונתן הנביא, בגיחון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עימות בין אליהו לנביאי הבעל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פעילה על עובדות וזיכרון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בזוגות: אחד/ת שואל/ת והשני/ה עונה, מתחלפים כל כמה 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בשיטת עש״ן ד״ק לפני מענה בלחץ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מרוץ קבוצות עם הכרטיסים שבדף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מלכים, שלמה ואליהו הנביא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חלק מהכרטיסיות שבחפיסת החזרה, העוסקות בסיפור המלכת שלמה ובסיפורי אליהו הנביא. אפשר לענות בכתב, ולאחר מכן להפוך לחבר או חברה ולבדוק בעל פה כמו בכרטיסיה האמיתית.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סערה  ·  גיחון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משח את שלמה למלך?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צדוק הכהן ונתן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אליהו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שמואל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הומלך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לחם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שלמה נמשח למלך ליד מעיין הגיחון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נתן הנביא היה מעורב בהמלכת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שלמה נמשח למלך ליד מעיין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אליהו עלה השמיימה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גיחון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התמודדות אליהו מול נביאי הבעל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 הכרמל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מעיין ליד ירושלים שבו נמשח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צדוק הכהן ונתן הנביא מושחים את שלמה למלך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דוד מצווה למשוח את שלמה בגיחון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אדוניה מכריז על עצמו כמלך בלי ידיעת דוד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נתן הנביא מודיע לדוד על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כרטיסיה חדשה: שאלה ותשובה על סיפור אחר מהתנ״ך או מהספרות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משח את שלמה למלך, ואיפה?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בהר הכרמל?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חזרה - מלכים, שלמה ואליהו הנביא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