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חזרה - מלכים, שלמה ואליהו הנביא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עובדות מרכזיות על המלכת שלמה ועל סיפורי אליהו הנביא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בשיטת למידה בעזרת כרטיסיות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פרטים מתוך סיפורי 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צדוק הכהן ונתן הנביא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גיחון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אדוניה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נביאי הבעל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במרכבת 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על המלכת 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אליהו הוכיח את אחאב על עבודת הבעל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נתן הנביא פעל יחד עם צדוק הכהן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אדוניה הכריז על עצמו מלך בלי רשות דוד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גיחון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(מעיין ליד ירושלים שבו נמשח שלמה)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(מקום התמודדות אליהו מול נביאי הבעל)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(ציפורים שהאכילו את אליהו)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(בנו של דוד שניסה לתפוס את המלוכה)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אדוניה מכריז על עצמו כמלך בלי ידיעת 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נתן הנביא מודיע לדוד על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דוד מצווה למשוח את שלמה בגיחון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צדוק הכהן ונתן הנביא מושחים את שלמה למלך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שאלה ברורה ותשובה עובדתית נכונה, בהתאם לסיפור שנלמד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ציפיה לתשובה: צדוק הכהן ונתן הנביא, בגיחון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עימות בין אליהו לנביאי הבעל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חזרה פעילה על עובדות וזיכרון טוב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בזוגות: אחד/ת שואל/ת והשני/ה עונה, מתחלפים כל כמה 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בשיטת עש״ן ד״ק לפני מענה בלחץ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מרוץ קבוצות עם הכרטיסים שבדף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כרטיסיות חזרה - מלכים, שלמה ואליהו הנביא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שלמה המלך ועל אליהו הנביא. עונים על השאלות, ואחר כך אפשר לבדוק עם חבר כמו במשחק כרטיסים.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קטן עם שאלה בצד אחד ותשובה בצד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למשוח מלך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לשפוך שמן על הראש כדי להכתיר למלך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נביא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שמעביר לעם את דבר ה׳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גיחון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מעיין ליד ירושלים, שם נמשח שלמה למלך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 הכרמל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 שבו התמודד אליהו מול נביאי הבעל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עורבים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ציפורים שהביאו מזון לאליהו ליד הנחל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מרכבת אש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שבו עלה אליהו השמיימה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שפך שמן על ראשו של שלמה כדי להכתיר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צדוק הכהן ונתן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אליהו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שמואל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דוד בעצמו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מקום נמשח שלמה למלך?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הכריז על עצמו מלך בלי רשות דוד?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מול מי אליהו עמד בהר הכרמל?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נביאי הבעל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פלשתים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הביא לאליהו אוכל ליד הנחל?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מלאכים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באיזה אופן אליהו עלה לשמיים?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ברכיבה על 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במרכבת 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שלמה נמשח למלך ליד מעיין הגיחון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אליהו הנביא תמך במלך אחאב בעבודת הבעל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נתן הנביא היה מעורב בהמלכת שלמה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אדוניה הוכתר למלך בהסכמת דוד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שלמה נמשח למלך ליד מעיין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אליהו ניזון מבשר ולחם שהביאו לו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אליהו עלה השמיימה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הכהן ונתן הנביא משחו את שלמה למלך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אליהו התמודד מול נביאי ה__________ בהר הכרמל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גיחון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התמודדות אליהו מול נביאי הבעל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 הכרמל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מעיין ליד ירושלים שבו נמשח שלמה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עורבים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בנו של דוד שניסה לתפוס את המלוכה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אדוניה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ציפורים שהאכילו את אליהו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צדוק הכהן ונתן הנביא מושחים את שלמה למלך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מצווה למשוח את שלמה בגיחון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אדוניה מכריז על עצמו כמלך בלי ידיעת דוד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נתן הנביא מודיע לדוד על כך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כרטיסיה חדשה: שאלה ותשובה על סיפור אחר מהתנ״ך או מהספרות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משח את שלמה למלך, ואיפה?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בהר הכרמל?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היתרון במשחק עם כרטיסיות חזרה?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כרטיסיות חזרה - מלכים, שלמה ואליהו הנביא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